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9894" w14:textId="77777777" w:rsidR="000C2B5D" w:rsidRDefault="00715C18">
      <w:pPr>
        <w:spacing w:after="40"/>
      </w:pPr>
      <w:r>
        <w:rPr>
          <w:b/>
          <w:color w:val="5B2A86"/>
          <w:sz w:val="48"/>
        </w:rPr>
        <w:t>Third-Party Fundraiser Proposal</w:t>
      </w:r>
    </w:p>
    <w:p w14:paraId="2D2E326B" w14:textId="77777777" w:rsidR="000C2B5D" w:rsidRDefault="00715C18">
      <w:pPr>
        <w:spacing w:after="240"/>
      </w:pPr>
      <w:r>
        <w:rPr>
          <w:i/>
          <w:color w:val="666666"/>
          <w:sz w:val="22"/>
        </w:rPr>
        <w:t>Submit before announcing or promoting an event that benefits DVRC.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0C2B5D" w14:paraId="1F561FD2" w14:textId="77777777">
        <w:trPr>
          <w:jc w:val="center"/>
        </w:trPr>
        <w:tc>
          <w:tcPr>
            <w:tcW w:w="9792" w:type="dxa"/>
            <w:shd w:val="clear" w:color="auto" w:fill="F2EA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05105BD" w14:textId="77777777" w:rsidR="000C2B5D" w:rsidRDefault="00715C18">
            <w:r>
              <w:t>Thank you for choosing to support survivors. DVRC reviews proposed fundraisers to protect participants, donors, survivors, and the organization’s name. Submission does not constitute approval.</w:t>
            </w:r>
          </w:p>
        </w:tc>
      </w:tr>
    </w:tbl>
    <w:p w14:paraId="460F6DF1" w14:textId="77777777" w:rsidR="000C2B5D" w:rsidRDefault="00715C18">
      <w:pPr>
        <w:pStyle w:val="Heading1"/>
      </w:pPr>
      <w:r>
        <w:t>Organizer Information</w:t>
      </w:r>
    </w:p>
    <w:p w14:paraId="58F9884C" w14:textId="77777777" w:rsidR="000C2B5D" w:rsidRDefault="00715C18">
      <w:pPr>
        <w:spacing w:after="140"/>
      </w:pPr>
      <w:r>
        <w:rPr>
          <w:b/>
        </w:rPr>
        <w:t xml:space="preserve">Organizer / organization: </w:t>
      </w:r>
      <w:r>
        <w:t>______________________________________________________________________</w:t>
      </w:r>
    </w:p>
    <w:p w14:paraId="77EEABF7" w14:textId="77777777" w:rsidR="000C2B5D" w:rsidRDefault="00715C18">
      <w:pPr>
        <w:spacing w:after="140"/>
      </w:pPr>
      <w:r>
        <w:rPr>
          <w:b/>
        </w:rPr>
        <w:t xml:space="preserve">Primary contact and title: </w:t>
      </w:r>
      <w:r>
        <w:t>______________________________________________________________________</w:t>
      </w:r>
    </w:p>
    <w:p w14:paraId="1A481333" w14:textId="77777777" w:rsidR="000C2B5D" w:rsidRDefault="00715C18">
      <w:pPr>
        <w:spacing w:after="140"/>
      </w:pPr>
      <w:r>
        <w:rPr>
          <w:b/>
        </w:rPr>
        <w:t xml:space="preserve">Address: </w:t>
      </w:r>
      <w:r>
        <w:t>______________________________________________________________________</w:t>
      </w:r>
    </w:p>
    <w:p w14:paraId="5A1557BA" w14:textId="77777777" w:rsidR="000C2B5D" w:rsidRDefault="00715C18">
      <w:pPr>
        <w:spacing w:after="140"/>
      </w:pPr>
      <w:r>
        <w:rPr>
          <w:b/>
        </w:rPr>
        <w:t xml:space="preserve">Phone: </w:t>
      </w:r>
      <w:r>
        <w:t>______________________________________________________________________</w:t>
      </w:r>
    </w:p>
    <w:p w14:paraId="7FD3705B" w14:textId="77777777" w:rsidR="000C2B5D" w:rsidRDefault="00715C18">
      <w:pPr>
        <w:spacing w:after="140"/>
      </w:pPr>
      <w:r>
        <w:rPr>
          <w:b/>
        </w:rPr>
        <w:t xml:space="preserve">Email: </w:t>
      </w:r>
      <w:r>
        <w:t>______________________________________________________________________</w:t>
      </w:r>
    </w:p>
    <w:p w14:paraId="6D8A4193" w14:textId="77777777" w:rsidR="000C2B5D" w:rsidRDefault="00715C18">
      <w:pPr>
        <w:spacing w:after="140"/>
      </w:pPr>
      <w:r>
        <w:rPr>
          <w:b/>
        </w:rPr>
        <w:t xml:space="preserve">Website / social media: </w:t>
      </w:r>
      <w:r>
        <w:t>______________________________________________________________________</w:t>
      </w:r>
    </w:p>
    <w:p w14:paraId="6C02A19B" w14:textId="77777777" w:rsidR="000C2B5D" w:rsidRDefault="00715C18">
      <w:pPr>
        <w:pStyle w:val="Heading1"/>
      </w:pPr>
      <w:r>
        <w:t>Fundraiser Details</w:t>
      </w:r>
    </w:p>
    <w:p w14:paraId="3BFEA53B" w14:textId="77777777" w:rsidR="000C2B5D" w:rsidRDefault="00715C18">
      <w:pPr>
        <w:spacing w:after="140"/>
      </w:pPr>
      <w:r>
        <w:rPr>
          <w:b/>
        </w:rPr>
        <w:t xml:space="preserve">Event or campaign name: </w:t>
      </w:r>
      <w:r>
        <w:t>______________________________________________________________________</w:t>
      </w:r>
    </w:p>
    <w:p w14:paraId="33158DE5" w14:textId="77777777" w:rsidR="000C2B5D" w:rsidRDefault="00715C18">
      <w:pPr>
        <w:spacing w:after="140"/>
      </w:pPr>
      <w:r>
        <w:rPr>
          <w:b/>
        </w:rPr>
        <w:t xml:space="preserve">Date(s) and time(s): </w:t>
      </w:r>
      <w:r>
        <w:t>______________________________________________________________________</w:t>
      </w:r>
    </w:p>
    <w:p w14:paraId="5CF14C47" w14:textId="77777777" w:rsidR="000C2B5D" w:rsidRDefault="00715C18">
      <w:pPr>
        <w:spacing w:after="140"/>
      </w:pPr>
      <w:r>
        <w:rPr>
          <w:b/>
        </w:rPr>
        <w:t xml:space="preserve">Location / platform: </w:t>
      </w:r>
      <w:r>
        <w:t>______________________________________________________________________</w:t>
      </w:r>
    </w:p>
    <w:p w14:paraId="30082193" w14:textId="77777777" w:rsidR="000C2B5D" w:rsidRDefault="00715C18">
      <w:pPr>
        <w:spacing w:after="140"/>
      </w:pPr>
      <w:r>
        <w:rPr>
          <w:b/>
        </w:rPr>
        <w:t xml:space="preserve">Brief description: </w:t>
      </w:r>
      <w:r>
        <w:t>______________________________________________________________________</w:t>
      </w:r>
    </w:p>
    <w:p w14:paraId="42FCDFD1" w14:textId="77777777" w:rsidR="000C2B5D" w:rsidRDefault="00715C18">
      <w:pPr>
        <w:spacing w:after="140"/>
      </w:pPr>
      <w:r>
        <w:rPr>
          <w:b/>
        </w:rPr>
        <w:t xml:space="preserve">Target audience and estimated attendance: </w:t>
      </w:r>
      <w:r>
        <w:t>______________________________________________________________________</w:t>
      </w:r>
    </w:p>
    <w:p w14:paraId="7A231F7A" w14:textId="77777777" w:rsidR="000C2B5D" w:rsidRDefault="00715C18">
      <w:pPr>
        <w:spacing w:after="140"/>
      </w:pPr>
      <w:r>
        <w:rPr>
          <w:b/>
        </w:rPr>
        <w:t xml:space="preserve">Fundraising goal: </w:t>
      </w:r>
      <w:r>
        <w:t>______________________________________________________________________</w:t>
      </w:r>
    </w:p>
    <w:p w14:paraId="307B8142" w14:textId="77777777" w:rsidR="000C2B5D" w:rsidRDefault="00715C18">
      <w:pPr>
        <w:spacing w:after="140"/>
      </w:pPr>
      <w:r>
        <w:rPr>
          <w:b/>
        </w:rPr>
        <w:t xml:space="preserve">$ or percentage DVRC will receive: </w:t>
      </w:r>
      <w:r>
        <w:t>______________________________________________________________________</w:t>
      </w:r>
    </w:p>
    <w:p w14:paraId="0D1A9739" w14:textId="77777777" w:rsidR="000C2B5D" w:rsidRDefault="00715C18">
      <w:pPr>
        <w:spacing w:after="140"/>
      </w:pPr>
      <w:r>
        <w:rPr>
          <w:b/>
        </w:rPr>
        <w:t xml:space="preserve">How funds will be collected and transferred to DVRC: </w:t>
      </w:r>
      <w:r>
        <w:t>______________________________________________________________________</w:t>
      </w:r>
    </w:p>
    <w:p w14:paraId="50281BCE" w14:textId="77777777" w:rsidR="000C2B5D" w:rsidRDefault="00715C18">
      <w:pPr>
        <w:spacing w:after="140"/>
      </w:pPr>
      <w:r>
        <w:rPr>
          <w:b/>
        </w:rPr>
        <w:t xml:space="preserve">Proposed date funds will be delivered: </w:t>
      </w:r>
      <w:r>
        <w:t>______________________________________________________________________</w:t>
      </w:r>
    </w:p>
    <w:p w14:paraId="2DBF8D39" w14:textId="77777777" w:rsidR="000C2B5D" w:rsidRDefault="00715C18">
      <w:r>
        <w:t>☐</w:t>
      </w:r>
      <w:r>
        <w:t xml:space="preserve"> Ticketed event   ☐ Percentage of sales   ☐ Donation drive   ☐ Raffle / gaming   ☐ Auction   ☐ Other</w:t>
      </w:r>
    </w:p>
    <w:p w14:paraId="28997FF3" w14:textId="77777777" w:rsidR="000C2B5D" w:rsidRDefault="00715C18">
      <w:pPr>
        <w:spacing w:after="140"/>
      </w:pPr>
      <w:r>
        <w:rPr>
          <w:b/>
        </w:rPr>
        <w:lastRenderedPageBreak/>
        <w:t xml:space="preserve">Other nonprofit beneficiaries, if any: </w:t>
      </w:r>
      <w:r>
        <w:t>______________________________________________________________________</w:t>
      </w:r>
    </w:p>
    <w:p w14:paraId="23CE689E" w14:textId="77777777" w:rsidR="000C2B5D" w:rsidRDefault="00715C18">
      <w:pPr>
        <w:spacing w:after="140"/>
      </w:pPr>
      <w:r>
        <w:rPr>
          <w:b/>
        </w:rPr>
        <w:t xml:space="preserve">Sponsors / vendors / partners: </w:t>
      </w:r>
      <w:r>
        <w:t>______________________________________________________________________</w:t>
      </w:r>
    </w:p>
    <w:p w14:paraId="409038FC" w14:textId="77777777" w:rsidR="000C2B5D" w:rsidRDefault="00715C18">
      <w:pPr>
        <w:spacing w:after="140"/>
      </w:pPr>
      <w:r>
        <w:rPr>
          <w:b/>
        </w:rPr>
        <w:t xml:space="preserve">Alcohol served or sold? If yes, explain: </w:t>
      </w:r>
      <w:r>
        <w:t>______________________________________________________________________</w:t>
      </w:r>
    </w:p>
    <w:p w14:paraId="77E6EF3D" w14:textId="77777777" w:rsidR="000C2B5D" w:rsidRDefault="00715C18">
      <w:pPr>
        <w:spacing w:after="140"/>
      </w:pPr>
      <w:r>
        <w:rPr>
          <w:b/>
        </w:rPr>
        <w:t xml:space="preserve">Permits, insurance, licenses, or contracts required: </w:t>
      </w:r>
      <w:r>
        <w:t>______________________________________________________________________</w:t>
      </w:r>
    </w:p>
    <w:p w14:paraId="7174F33D" w14:textId="77777777" w:rsidR="000C2B5D" w:rsidRDefault="00715C18">
      <w:pPr>
        <w:spacing w:after="140"/>
      </w:pPr>
      <w:r>
        <w:rPr>
          <w:b/>
        </w:rPr>
        <w:t xml:space="preserve">Requested DVRC support (logo, materials, speaker, promotion, other): </w:t>
      </w:r>
      <w:r>
        <w:t>______________________________________________________________________</w:t>
      </w:r>
    </w:p>
    <w:p w14:paraId="2EA46392" w14:textId="77777777" w:rsidR="000C2B5D" w:rsidRDefault="00715C18">
      <w:pPr>
        <w:spacing w:after="140"/>
      </w:pPr>
      <w:r>
        <w:rPr>
          <w:b/>
        </w:rPr>
        <w:t xml:space="preserve">Proposed use of DVRC name and logo: </w:t>
      </w:r>
      <w:r>
        <w:t>______________________________________________________________________</w:t>
      </w:r>
    </w:p>
    <w:p w14:paraId="738CADFB" w14:textId="77777777" w:rsidR="000C2B5D" w:rsidRDefault="00715C18">
      <w:pPr>
        <w:pStyle w:val="Heading1"/>
      </w:pPr>
      <w:r>
        <w:t>Organizer Agreement</w:t>
      </w:r>
    </w:p>
    <w:p w14:paraId="76FB5D22" w14:textId="77777777" w:rsidR="000C2B5D" w:rsidRDefault="00715C18">
      <w:pPr>
        <w:pStyle w:val="ListBullet"/>
        <w:spacing w:after="60"/>
        <w:ind w:left="403" w:hanging="230"/>
      </w:pPr>
      <w:r>
        <w:t>I will not announce, advertise, or imply DVRC approval until written approval is received.</w:t>
      </w:r>
    </w:p>
    <w:p w14:paraId="2430D15F" w14:textId="77777777" w:rsidR="000C2B5D" w:rsidRDefault="00715C18">
      <w:pPr>
        <w:pStyle w:val="ListBullet"/>
        <w:spacing w:after="60"/>
        <w:ind w:left="403" w:hanging="230"/>
      </w:pPr>
      <w:r>
        <w:t>All materials using DVRC’s name or logo will be submitted for advance approval and will accurately state how proceeds benefit DVRC.</w:t>
      </w:r>
    </w:p>
    <w:p w14:paraId="7FDCF243" w14:textId="77777777" w:rsidR="000C2B5D" w:rsidRDefault="00715C18">
      <w:pPr>
        <w:pStyle w:val="ListBullet"/>
        <w:spacing w:after="60"/>
        <w:ind w:left="403" w:hanging="230"/>
      </w:pPr>
      <w:r>
        <w:t>The organizer is responsible for all expenses, permits, licenses, insurance, contracts, safety measures, taxes, and legal compliance.</w:t>
      </w:r>
    </w:p>
    <w:p w14:paraId="5A4702DA" w14:textId="77777777" w:rsidR="000C2B5D" w:rsidRDefault="00715C18">
      <w:pPr>
        <w:pStyle w:val="ListBullet"/>
        <w:spacing w:after="60"/>
        <w:ind w:left="403" w:hanging="230"/>
      </w:pPr>
      <w:r>
        <w:t>DVRC will not advance funds, reimburse expenses, assume liabilities, or guarantee attendance, publicity, staff, or volunteers.</w:t>
      </w:r>
    </w:p>
    <w:p w14:paraId="7145519D" w14:textId="77777777" w:rsidR="000C2B5D" w:rsidRDefault="00715C18">
      <w:pPr>
        <w:pStyle w:val="ListBullet"/>
        <w:spacing w:after="60"/>
        <w:ind w:left="403" w:hanging="230"/>
      </w:pPr>
      <w:r>
        <w:t>Donor information will be handled securely. The organizer will not state that a purchase or event fee is tax-deductible unless DVRC has approved that language.</w:t>
      </w:r>
    </w:p>
    <w:p w14:paraId="0B58EDDF" w14:textId="77777777" w:rsidR="000C2B5D" w:rsidRDefault="00715C18">
      <w:pPr>
        <w:pStyle w:val="ListBullet"/>
        <w:spacing w:after="60"/>
        <w:ind w:left="403" w:hanging="230"/>
      </w:pPr>
      <w:r>
        <w:t>Net proceeds and a final accounting will be delivered to DVRC by the agreed date. Checks should be payable to DVRC whenever practical.</w:t>
      </w:r>
    </w:p>
    <w:p w14:paraId="6DAA44F9" w14:textId="77777777" w:rsidR="000C2B5D" w:rsidRDefault="00715C18">
      <w:pPr>
        <w:pStyle w:val="ListBullet"/>
        <w:spacing w:after="60"/>
        <w:ind w:left="403" w:hanging="230"/>
      </w:pPr>
      <w:r>
        <w:t>DVRC may decline or withdraw approval if the activity conflicts with its mission, values, safety obligations, or reputation.</w:t>
      </w:r>
    </w:p>
    <w:p w14:paraId="3824F0CE" w14:textId="77777777" w:rsidR="000C2B5D" w:rsidRDefault="00715C18">
      <w:pPr>
        <w:spacing w:after="140"/>
      </w:pPr>
      <w:r>
        <w:rPr>
          <w:b/>
        </w:rPr>
        <w:t xml:space="preserve">Organizer signature: </w:t>
      </w:r>
      <w:r>
        <w:t>_______________________________________________________</w:t>
      </w:r>
    </w:p>
    <w:p w14:paraId="7C36DB7C" w14:textId="77777777" w:rsidR="000C2B5D" w:rsidRDefault="00715C18">
      <w:pPr>
        <w:spacing w:after="140"/>
      </w:pPr>
      <w:r>
        <w:rPr>
          <w:b/>
        </w:rPr>
        <w:t xml:space="preserve">Printed name: </w:t>
      </w:r>
      <w:r>
        <w:t>_______________________________________________________</w:t>
      </w:r>
    </w:p>
    <w:p w14:paraId="5F8F1D47" w14:textId="77777777" w:rsidR="000C2B5D" w:rsidRDefault="00715C18">
      <w:pPr>
        <w:spacing w:after="140"/>
      </w:pPr>
      <w:r>
        <w:rPr>
          <w:b/>
        </w:rPr>
        <w:t xml:space="preserve">Date: </w:t>
      </w:r>
      <w:r>
        <w:t>_______________________________________________________</w:t>
      </w:r>
    </w:p>
    <w:p w14:paraId="1063291A" w14:textId="77777777" w:rsidR="000C2B5D" w:rsidRDefault="00715C18">
      <w:pPr>
        <w:pStyle w:val="Heading1"/>
      </w:pPr>
      <w:r>
        <w:t>DVRC Use Only</w:t>
      </w:r>
    </w:p>
    <w:p w14:paraId="472C8B09" w14:textId="77777777" w:rsidR="000C2B5D" w:rsidRDefault="00715C18">
      <w:r>
        <w:t>☐</w:t>
      </w:r>
      <w:r>
        <w:t xml:space="preserve"> Approved   ☐ Approved with conditions   ☐ Not approved</w:t>
      </w:r>
    </w:p>
    <w:p w14:paraId="12DEA1C7" w14:textId="77777777" w:rsidR="000C2B5D" w:rsidRDefault="00715C18">
      <w:pPr>
        <w:spacing w:after="140"/>
      </w:pPr>
      <w:r>
        <w:rPr>
          <w:b/>
        </w:rPr>
        <w:t xml:space="preserve">Conditions / notes: </w:t>
      </w:r>
      <w:r>
        <w:t>_______________________________________________________</w:t>
      </w:r>
    </w:p>
    <w:p w14:paraId="01F10A0A" w14:textId="77777777" w:rsidR="000C2B5D" w:rsidRDefault="00715C18">
      <w:pPr>
        <w:spacing w:after="140"/>
      </w:pPr>
      <w:r>
        <w:rPr>
          <w:b/>
        </w:rPr>
        <w:t xml:space="preserve">DVRC representative: </w:t>
      </w:r>
      <w:r>
        <w:t>_______________________________________________________</w:t>
      </w:r>
    </w:p>
    <w:p w14:paraId="171AE4B2" w14:textId="77777777" w:rsidR="000C2B5D" w:rsidRDefault="00715C18">
      <w:pPr>
        <w:spacing w:after="140"/>
      </w:pPr>
      <w:r>
        <w:rPr>
          <w:b/>
        </w:rPr>
        <w:t xml:space="preserve">Signature: </w:t>
      </w:r>
      <w:r>
        <w:t>_______________________________________________________</w:t>
      </w:r>
    </w:p>
    <w:p w14:paraId="7DC449F1" w14:textId="77777777" w:rsidR="000C2B5D" w:rsidRDefault="00715C18">
      <w:pPr>
        <w:spacing w:after="140"/>
      </w:pPr>
      <w:r>
        <w:rPr>
          <w:b/>
        </w:rPr>
        <w:t xml:space="preserve">Date: </w:t>
      </w:r>
      <w:r>
        <w:t>_______________________________________________________</w:t>
      </w:r>
    </w:p>
    <w:sectPr w:rsidR="000C2B5D" w:rsidSect="00034616">
      <w:footerReference w:type="default" r:id="rId8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5726" w14:textId="77777777" w:rsidR="00715C18" w:rsidRDefault="00715C18">
      <w:pPr>
        <w:spacing w:after="0" w:line="240" w:lineRule="auto"/>
      </w:pPr>
      <w:r>
        <w:separator/>
      </w:r>
    </w:p>
  </w:endnote>
  <w:endnote w:type="continuationSeparator" w:id="0">
    <w:p w14:paraId="60853DAD" w14:textId="77777777" w:rsidR="00715C18" w:rsidRDefault="0071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EF4C4" w14:textId="77777777" w:rsidR="000C2B5D" w:rsidRDefault="00715C18">
    <w:pPr>
      <w:pStyle w:val="Footer"/>
      <w:jc w:val="center"/>
    </w:pPr>
    <w:r>
      <w:rPr>
        <w:color w:val="666666"/>
        <w:sz w:val="16"/>
      </w:rPr>
      <w:t>Domestic Violence Resource Center of South County | 61 Main Street, Wakefield, RI 02879 | 401-782-3995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A16C8" w14:textId="77777777" w:rsidR="00715C18" w:rsidRDefault="00715C18">
      <w:pPr>
        <w:spacing w:after="0" w:line="240" w:lineRule="auto"/>
      </w:pPr>
      <w:r>
        <w:separator/>
      </w:r>
    </w:p>
  </w:footnote>
  <w:footnote w:type="continuationSeparator" w:id="0">
    <w:p w14:paraId="25CB0A83" w14:textId="77777777" w:rsidR="00715C18" w:rsidRDefault="00715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3001103">
    <w:abstractNumId w:val="8"/>
  </w:num>
  <w:num w:numId="2" w16cid:durableId="879785805">
    <w:abstractNumId w:val="6"/>
  </w:num>
  <w:num w:numId="3" w16cid:durableId="1153327894">
    <w:abstractNumId w:val="5"/>
  </w:num>
  <w:num w:numId="4" w16cid:durableId="1974825082">
    <w:abstractNumId w:val="4"/>
  </w:num>
  <w:num w:numId="5" w16cid:durableId="835413454">
    <w:abstractNumId w:val="7"/>
  </w:num>
  <w:num w:numId="6" w16cid:durableId="510340815">
    <w:abstractNumId w:val="3"/>
  </w:num>
  <w:num w:numId="7" w16cid:durableId="1070886054">
    <w:abstractNumId w:val="2"/>
  </w:num>
  <w:num w:numId="8" w16cid:durableId="1286279364">
    <w:abstractNumId w:val="1"/>
  </w:num>
  <w:num w:numId="9" w16cid:durableId="109386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B5D"/>
    <w:rsid w:val="0015074B"/>
    <w:rsid w:val="0029639D"/>
    <w:rsid w:val="002F0E89"/>
    <w:rsid w:val="00326F90"/>
    <w:rsid w:val="00656CE0"/>
    <w:rsid w:val="00715C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055503"/>
  <w14:defaultImageDpi w14:val="300"/>
  <w15:docId w15:val="{4090A8BF-DE9A-44E4-91DD-43ACA8A7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193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5B2A8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5B2A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5B2A8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Michelle LePage</cp:lastModifiedBy>
  <cp:revision>2</cp:revision>
  <dcterms:created xsi:type="dcterms:W3CDTF">2026-09-02T13:40:00Z</dcterms:created>
  <dcterms:modified xsi:type="dcterms:W3CDTF">2026-09-02T13:40:00Z</dcterms:modified>
  <cp:category/>
</cp:coreProperties>
</file>