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AE36" w14:textId="77777777" w:rsidR="00C847F8" w:rsidRDefault="00000000">
      <w:pPr>
        <w:spacing w:after="40"/>
      </w:pPr>
      <w:r>
        <w:rPr>
          <w:b/>
          <w:color w:val="5B2A86"/>
          <w:sz w:val="48"/>
        </w:rPr>
        <w:t>Peer-to-Peer Fundraiser Planner</w:t>
      </w:r>
    </w:p>
    <w:p w14:paraId="0D0F1720" w14:textId="77777777" w:rsidR="00C847F8" w:rsidRDefault="00000000">
      <w:pPr>
        <w:spacing w:after="240"/>
      </w:pPr>
      <w:r>
        <w:rPr>
          <w:i/>
          <w:color w:val="666666"/>
          <w:sz w:val="22"/>
        </w:rPr>
        <w:t>A simple planning and approval tool for personal campaigns benefiting DVRC.</w:t>
      </w:r>
    </w:p>
    <w:tbl>
      <w:tblPr>
        <w:tblW w:w="0" w:type="auto"/>
        <w:jc w:val="center"/>
        <w:tblLayout w:type="fixed"/>
        <w:tblLook w:val="04A0" w:firstRow="1" w:lastRow="0" w:firstColumn="1" w:lastColumn="0" w:noHBand="0" w:noVBand="1"/>
      </w:tblPr>
      <w:tblGrid>
        <w:gridCol w:w="9792"/>
      </w:tblGrid>
      <w:tr w:rsidR="00C847F8" w14:paraId="1830BC93" w14:textId="77777777">
        <w:trPr>
          <w:jc w:val="center"/>
        </w:trPr>
        <w:tc>
          <w:tcPr>
            <w:tcW w:w="9792" w:type="dxa"/>
            <w:shd w:val="clear" w:color="auto" w:fill="F2EAF8"/>
            <w:tcMar>
              <w:top w:w="140" w:type="dxa"/>
              <w:left w:w="180" w:type="dxa"/>
              <w:bottom w:w="140" w:type="dxa"/>
              <w:right w:w="180" w:type="dxa"/>
            </w:tcMar>
          </w:tcPr>
          <w:p w14:paraId="16F6E15F" w14:textId="77777777" w:rsidR="00C847F8" w:rsidRDefault="00000000">
            <w:r>
              <w:t>Use this planner to shape your campaign, then contact DVRC before launch for the approved platform, donation link, messaging, and graphics. Donations should flow directly to DVRC whenever possible.</w:t>
            </w:r>
          </w:p>
        </w:tc>
      </w:tr>
    </w:tbl>
    <w:p w14:paraId="20BF1CAF" w14:textId="77777777" w:rsidR="00C847F8" w:rsidRDefault="00000000">
      <w:pPr>
        <w:pStyle w:val="Heading1"/>
      </w:pPr>
      <w:r>
        <w:t>Your Campaign</w:t>
      </w:r>
    </w:p>
    <w:p w14:paraId="5EBC31C6" w14:textId="77777777" w:rsidR="00C847F8" w:rsidRDefault="00000000">
      <w:pPr>
        <w:spacing w:after="140"/>
      </w:pPr>
      <w:r>
        <w:rPr>
          <w:b/>
        </w:rPr>
        <w:t xml:space="preserve">Fundraiser name: </w:t>
      </w:r>
      <w:r>
        <w:t>______________________________________________________________________</w:t>
      </w:r>
    </w:p>
    <w:p w14:paraId="74CE6EB7" w14:textId="77777777" w:rsidR="00C847F8" w:rsidRDefault="00000000">
      <w:pPr>
        <w:spacing w:after="140"/>
      </w:pPr>
      <w:r>
        <w:rPr>
          <w:b/>
        </w:rPr>
        <w:t xml:space="preserve">Organizer name: </w:t>
      </w:r>
      <w:r>
        <w:t>______________________________________________________________________</w:t>
      </w:r>
    </w:p>
    <w:p w14:paraId="2E7A5100" w14:textId="77777777" w:rsidR="00C847F8" w:rsidRDefault="00000000">
      <w:pPr>
        <w:spacing w:after="140"/>
      </w:pPr>
      <w:r>
        <w:rPr>
          <w:b/>
        </w:rPr>
        <w:t xml:space="preserve">Email / phone: </w:t>
      </w:r>
      <w:r>
        <w:t>______________________________________________________________________</w:t>
      </w:r>
    </w:p>
    <w:p w14:paraId="258243D8" w14:textId="77777777" w:rsidR="00C847F8" w:rsidRDefault="00000000">
      <w:pPr>
        <w:spacing w:after="140"/>
      </w:pPr>
      <w:r>
        <w:rPr>
          <w:b/>
        </w:rPr>
        <w:t xml:space="preserve">Campaign occasion or theme: </w:t>
      </w:r>
      <w:r>
        <w:t>______________________________________________________________________</w:t>
      </w:r>
    </w:p>
    <w:p w14:paraId="11717CF4" w14:textId="77777777" w:rsidR="00C847F8" w:rsidRDefault="00000000">
      <w:pPr>
        <w:spacing w:after="140"/>
      </w:pPr>
      <w:r>
        <w:rPr>
          <w:b/>
        </w:rPr>
        <w:t xml:space="preserve">Start date: </w:t>
      </w:r>
      <w:r>
        <w:t>______________________________________________________________________</w:t>
      </w:r>
    </w:p>
    <w:p w14:paraId="49D35B0E" w14:textId="77777777" w:rsidR="00C847F8" w:rsidRDefault="00000000">
      <w:pPr>
        <w:spacing w:after="140"/>
      </w:pPr>
      <w:r>
        <w:rPr>
          <w:b/>
        </w:rPr>
        <w:t xml:space="preserve">End date: </w:t>
      </w:r>
      <w:r>
        <w:t>______________________________________________________________________</w:t>
      </w:r>
    </w:p>
    <w:p w14:paraId="4C590DB0" w14:textId="77777777" w:rsidR="00C847F8" w:rsidRDefault="00000000">
      <w:pPr>
        <w:spacing w:after="140"/>
      </w:pPr>
      <w:r>
        <w:rPr>
          <w:b/>
        </w:rPr>
        <w:t xml:space="preserve">Fundraising goal: </w:t>
      </w:r>
      <w:r>
        <w:t>______________________________________________________________________</w:t>
      </w:r>
    </w:p>
    <w:p w14:paraId="0F6EFE78" w14:textId="77777777" w:rsidR="00C847F8" w:rsidRDefault="00000000">
      <w:pPr>
        <w:spacing w:after="140"/>
      </w:pPr>
      <w:r>
        <w:rPr>
          <w:b/>
        </w:rPr>
        <w:t xml:space="preserve">Proposed platform: </w:t>
      </w:r>
      <w:r>
        <w:t>______________________________________________________________________</w:t>
      </w:r>
    </w:p>
    <w:p w14:paraId="3024F9CB" w14:textId="77777777" w:rsidR="00C847F8" w:rsidRDefault="00000000">
      <w:pPr>
        <w:spacing w:after="140"/>
      </w:pPr>
      <w:r>
        <w:rPr>
          <w:b/>
        </w:rPr>
        <w:t xml:space="preserve">Campaign page or social handle (if created): </w:t>
      </w:r>
      <w:r>
        <w:t>______________________________________________________________________</w:t>
      </w:r>
    </w:p>
    <w:p w14:paraId="158F9D11" w14:textId="77777777" w:rsidR="00C847F8" w:rsidRDefault="00000000">
      <w:pPr>
        <w:pStyle w:val="Heading1"/>
      </w:pPr>
      <w:r>
        <w:t>Your Story</w:t>
      </w:r>
    </w:p>
    <w:p w14:paraId="4189511E" w14:textId="77777777" w:rsidR="00C847F8" w:rsidRDefault="00000000">
      <w:pPr>
        <w:spacing w:after="140"/>
      </w:pPr>
      <w:r>
        <w:rPr>
          <w:b/>
        </w:rPr>
        <w:t xml:space="preserve">Why are you raising funds for DVRC? </w:t>
      </w:r>
      <w:r>
        <w:t>______________________________________________________________</w:t>
      </w:r>
    </w:p>
    <w:p w14:paraId="4BF9D1BA" w14:textId="77777777" w:rsidR="00C847F8" w:rsidRDefault="00000000">
      <w:pPr>
        <w:spacing w:after="140"/>
      </w:pPr>
      <w:r>
        <w:rPr>
          <w:b/>
        </w:rPr>
        <w:t xml:space="preserve">What action will you ask supporters to take? </w:t>
      </w:r>
      <w:r>
        <w:t>______________________________________________________________</w:t>
      </w:r>
    </w:p>
    <w:p w14:paraId="49EFA0A4" w14:textId="77777777" w:rsidR="00C847F8" w:rsidRDefault="00000000">
      <w:pPr>
        <w:spacing w:after="140"/>
      </w:pPr>
      <w:r>
        <w:rPr>
          <w:b/>
        </w:rPr>
        <w:t xml:space="preserve">How will you describe the impact of donations? </w:t>
      </w:r>
      <w:r>
        <w:t>______________________________________________________________</w:t>
      </w:r>
    </w:p>
    <w:p w14:paraId="08F285C7" w14:textId="77777777" w:rsidR="00C847F8" w:rsidRDefault="00000000">
      <w:pPr>
        <w:pStyle w:val="Heading1"/>
      </w:pPr>
      <w:r>
        <w:t>Outreach Plan</w:t>
      </w:r>
    </w:p>
    <w:p w14:paraId="5B02E0BC" w14:textId="77777777" w:rsidR="00C847F8" w:rsidRDefault="00000000">
      <w:r>
        <w:t>☐ Email   ☐ Facebook   ☐ Instagram   ☐ LinkedIn   ☐ Text   ☐ Workplace   ☐ Team / club   ☐ Other</w:t>
      </w:r>
    </w:p>
    <w:p w14:paraId="1874640A" w14:textId="77777777" w:rsidR="00C847F8" w:rsidRDefault="00000000">
      <w:pPr>
        <w:spacing w:after="140"/>
      </w:pPr>
      <w:r>
        <w:rPr>
          <w:b/>
        </w:rPr>
        <w:t xml:space="preserve">Who will you invite? </w:t>
      </w:r>
      <w:r>
        <w:t>______________________________________________________________________</w:t>
      </w:r>
    </w:p>
    <w:p w14:paraId="442EA202" w14:textId="77777777" w:rsidR="00C847F8" w:rsidRDefault="00000000">
      <w:pPr>
        <w:spacing w:after="140"/>
      </w:pPr>
      <w:r>
        <w:rPr>
          <w:b/>
        </w:rPr>
        <w:t xml:space="preserve">Launch message date: </w:t>
      </w:r>
      <w:r>
        <w:t>______________________________________________________________________</w:t>
      </w:r>
    </w:p>
    <w:p w14:paraId="4C0A006A" w14:textId="77777777" w:rsidR="00C847F8" w:rsidRDefault="00000000">
      <w:pPr>
        <w:spacing w:after="140"/>
      </w:pPr>
      <w:r>
        <w:rPr>
          <w:b/>
        </w:rPr>
        <w:lastRenderedPageBreak/>
        <w:t xml:space="preserve">Mid-campaign update date: </w:t>
      </w:r>
      <w:r>
        <w:t>______________________________________________________________________</w:t>
      </w:r>
    </w:p>
    <w:p w14:paraId="36BECC9B" w14:textId="77777777" w:rsidR="00C847F8" w:rsidRDefault="00000000">
      <w:pPr>
        <w:spacing w:after="140"/>
      </w:pPr>
      <w:r>
        <w:rPr>
          <w:b/>
        </w:rPr>
        <w:t xml:space="preserve">Final reminder date: </w:t>
      </w:r>
      <w:r>
        <w:t>______________________________________________________________________</w:t>
      </w:r>
    </w:p>
    <w:p w14:paraId="50BC37F1" w14:textId="77777777" w:rsidR="00C847F8" w:rsidRDefault="00000000">
      <w:pPr>
        <w:spacing w:after="140"/>
      </w:pPr>
      <w:r>
        <w:rPr>
          <w:b/>
        </w:rPr>
        <w:t xml:space="preserve">Thank-you message date: </w:t>
      </w:r>
      <w:r>
        <w:t>______________________________________________________________________</w:t>
      </w:r>
    </w:p>
    <w:p w14:paraId="5FBAE606" w14:textId="77777777" w:rsidR="00C847F8" w:rsidRDefault="00000000">
      <w:pPr>
        <w:pStyle w:val="Heading1"/>
      </w:pPr>
      <w:r>
        <w:t>Campaign Checklist</w:t>
      </w:r>
    </w:p>
    <w:p w14:paraId="20176D57" w14:textId="77777777" w:rsidR="00C847F8" w:rsidRDefault="00000000">
      <w:pPr>
        <w:pStyle w:val="ListBullet"/>
        <w:spacing w:after="60"/>
        <w:ind w:left="403" w:hanging="230"/>
      </w:pPr>
      <w:r>
        <w:t>Receive DVRC approval and approved campaign language before launch.</w:t>
      </w:r>
    </w:p>
    <w:p w14:paraId="3DCA716E" w14:textId="77777777" w:rsidR="00C847F8" w:rsidRDefault="00000000">
      <w:pPr>
        <w:pStyle w:val="ListBullet"/>
        <w:spacing w:after="60"/>
        <w:ind w:left="403" w:hanging="230"/>
      </w:pPr>
      <w:r>
        <w:t>Use the approved donation platform or direct DVRC donation link.</w:t>
      </w:r>
    </w:p>
    <w:p w14:paraId="1A6E6619" w14:textId="77777777" w:rsidR="00C847F8" w:rsidRDefault="00000000">
      <w:pPr>
        <w:pStyle w:val="ListBullet"/>
        <w:spacing w:after="60"/>
        <w:ind w:left="403" w:hanging="230"/>
      </w:pPr>
      <w:r>
        <w:t>Use only current, approved DVRC logos, images, and impact information.</w:t>
      </w:r>
    </w:p>
    <w:p w14:paraId="184F9E75" w14:textId="77777777" w:rsidR="00C847F8" w:rsidRDefault="00000000">
      <w:pPr>
        <w:pStyle w:val="ListBullet"/>
        <w:spacing w:after="60"/>
        <w:ind w:left="403" w:hanging="230"/>
      </w:pPr>
      <w:r>
        <w:t>Protect survivor privacy; never share a survivor’s story, name, image, or identifying details without DVRC’s written authorization.</w:t>
      </w:r>
    </w:p>
    <w:p w14:paraId="417EAC05" w14:textId="77777777" w:rsidR="00C847F8" w:rsidRDefault="00000000">
      <w:pPr>
        <w:pStyle w:val="ListBullet"/>
        <w:spacing w:after="60"/>
        <w:ind w:left="403" w:hanging="230"/>
      </w:pPr>
      <w:r>
        <w:t>Clearly state that the campaign is organized by a supporter benefiting DVRC, not produced by DVRC.</w:t>
      </w:r>
    </w:p>
    <w:p w14:paraId="339A1A87" w14:textId="77777777" w:rsidR="00C847F8" w:rsidRDefault="00000000">
      <w:pPr>
        <w:pStyle w:val="ListBullet"/>
        <w:spacing w:after="60"/>
        <w:ind w:left="403" w:hanging="230"/>
      </w:pPr>
      <w:r>
        <w:t>Avoid promises about tax deductibility; receipts are issued only for gifts received directly by DVRC.</w:t>
      </w:r>
    </w:p>
    <w:p w14:paraId="39F8774C" w14:textId="77777777" w:rsidR="00C847F8" w:rsidRDefault="00000000">
      <w:pPr>
        <w:pStyle w:val="ListBullet"/>
        <w:spacing w:after="60"/>
        <w:ind w:left="403" w:hanging="230"/>
      </w:pPr>
      <w:r>
        <w:t>Thank supporters and share the final result without disclosing donor information.</w:t>
      </w:r>
    </w:p>
    <w:p w14:paraId="0C0578AD" w14:textId="77777777" w:rsidR="00C847F8" w:rsidRDefault="00000000">
      <w:pPr>
        <w:pStyle w:val="Heading1"/>
      </w:pPr>
      <w:r>
        <w:t>Suggested Campaign Description</w:t>
      </w:r>
    </w:p>
    <w:p w14:paraId="48F34510" w14:textId="77777777" w:rsidR="00C847F8" w:rsidRDefault="00000000">
      <w:r>
        <w:t>I’m raising funds for the Domestic Violence Resource Center of South County (DVRC), which provides free, confidential services to survivors and their families throughout Washington County. Your gift helps make safety, shelter, advocacy, counseling, healing, and prevention possible. Please join me in supporting a community where every person can live with safety and dignity.</w:t>
      </w:r>
    </w:p>
    <w:p w14:paraId="37AD43D7" w14:textId="77777777" w:rsidR="00C847F8" w:rsidRDefault="00000000">
      <w:pPr>
        <w:pStyle w:val="Heading1"/>
      </w:pPr>
      <w:r>
        <w:t>DVRC Review</w:t>
      </w:r>
    </w:p>
    <w:p w14:paraId="0D105E75" w14:textId="77777777" w:rsidR="00C847F8" w:rsidRDefault="00000000">
      <w:r>
        <w:t>☐ Approved   ☐ Approved with changes   ☐ More information needed</w:t>
      </w:r>
    </w:p>
    <w:p w14:paraId="48046FB1" w14:textId="77777777" w:rsidR="00C847F8" w:rsidRDefault="00000000">
      <w:pPr>
        <w:spacing w:after="140"/>
      </w:pPr>
      <w:r>
        <w:rPr>
          <w:b/>
        </w:rPr>
        <w:t xml:space="preserve">Approved platform / link: </w:t>
      </w:r>
      <w:r>
        <w:t>_______________________________________________________</w:t>
      </w:r>
    </w:p>
    <w:p w14:paraId="6D3DB430" w14:textId="77777777" w:rsidR="00C847F8" w:rsidRDefault="00000000">
      <w:pPr>
        <w:spacing w:after="140"/>
      </w:pPr>
      <w:r>
        <w:rPr>
          <w:b/>
        </w:rPr>
        <w:t xml:space="preserve">Approved campaign title or language: </w:t>
      </w:r>
      <w:r>
        <w:t>_______________________________________________________</w:t>
      </w:r>
    </w:p>
    <w:p w14:paraId="73367BF0" w14:textId="77777777" w:rsidR="00C847F8" w:rsidRDefault="00000000">
      <w:pPr>
        <w:spacing w:after="140"/>
      </w:pPr>
      <w:r>
        <w:rPr>
          <w:b/>
        </w:rPr>
        <w:t xml:space="preserve">DVRC contact: </w:t>
      </w:r>
      <w:r>
        <w:t>_______________________________________________________</w:t>
      </w:r>
    </w:p>
    <w:p w14:paraId="0C3D929D" w14:textId="77777777" w:rsidR="00C847F8" w:rsidRDefault="00000000">
      <w:pPr>
        <w:spacing w:after="140"/>
      </w:pPr>
      <w:r>
        <w:rPr>
          <w:b/>
        </w:rPr>
        <w:t xml:space="preserve">Date: </w:t>
      </w:r>
      <w:r>
        <w:t>_______________________________________________________</w:t>
      </w:r>
    </w:p>
    <w:sectPr w:rsidR="00C847F8"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4B13" w14:textId="77777777" w:rsidR="00742EEC" w:rsidRDefault="00742EEC">
      <w:pPr>
        <w:spacing w:after="0" w:line="240" w:lineRule="auto"/>
      </w:pPr>
      <w:r>
        <w:separator/>
      </w:r>
    </w:p>
  </w:endnote>
  <w:endnote w:type="continuationSeparator" w:id="0">
    <w:p w14:paraId="30D314E8" w14:textId="77777777" w:rsidR="00742EEC" w:rsidRDefault="00742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23DB" w14:textId="77777777" w:rsidR="00C847F8" w:rsidRDefault="00000000">
    <w:pPr>
      <w:pStyle w:val="Footer"/>
      <w:jc w:val="center"/>
    </w:pPr>
    <w:r>
      <w:rPr>
        <w:color w:val="666666"/>
        <w:sz w:val="16"/>
      </w:rPr>
      <w:t>Domestic Violence Resource Center of South County | 61 Main Street, Wakefield, RI 02879 | 401-782-3995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07E7C" w14:textId="77777777" w:rsidR="00742EEC" w:rsidRDefault="00742EEC">
      <w:pPr>
        <w:spacing w:after="0" w:line="240" w:lineRule="auto"/>
      </w:pPr>
      <w:r>
        <w:separator/>
      </w:r>
    </w:p>
  </w:footnote>
  <w:footnote w:type="continuationSeparator" w:id="0">
    <w:p w14:paraId="7DE544FF" w14:textId="77777777" w:rsidR="00742EEC" w:rsidRDefault="00742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7948454">
    <w:abstractNumId w:val="8"/>
  </w:num>
  <w:num w:numId="2" w16cid:durableId="2005933539">
    <w:abstractNumId w:val="6"/>
  </w:num>
  <w:num w:numId="3" w16cid:durableId="2019842569">
    <w:abstractNumId w:val="5"/>
  </w:num>
  <w:num w:numId="4" w16cid:durableId="1651591686">
    <w:abstractNumId w:val="4"/>
  </w:num>
  <w:num w:numId="5" w16cid:durableId="223611771">
    <w:abstractNumId w:val="7"/>
  </w:num>
  <w:num w:numId="6" w16cid:durableId="1829666590">
    <w:abstractNumId w:val="3"/>
  </w:num>
  <w:num w:numId="7" w16cid:durableId="76900905">
    <w:abstractNumId w:val="2"/>
  </w:num>
  <w:num w:numId="8" w16cid:durableId="1118524725">
    <w:abstractNumId w:val="1"/>
  </w:num>
  <w:num w:numId="9" w16cid:durableId="63144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257"/>
    <w:rsid w:val="0015074B"/>
    <w:rsid w:val="0029639D"/>
    <w:rsid w:val="00326F90"/>
    <w:rsid w:val="00742EEC"/>
    <w:rsid w:val="00AA1D8D"/>
    <w:rsid w:val="00B47730"/>
    <w:rsid w:val="00C847F8"/>
    <w:rsid w:val="00CB0664"/>
    <w:rsid w:val="00CE17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85B7FD"/>
  <w14:defaultImageDpi w14:val="300"/>
  <w15:docId w15:val="{962A6A1C-6F87-4306-B9F8-FF57EB23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2B193D"/>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5B2A86"/>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5B2A86"/>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5B2A8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LePage</cp:lastModifiedBy>
  <cp:revision>2</cp:revision>
  <dcterms:created xsi:type="dcterms:W3CDTF">2026-09-02T13:41:00Z</dcterms:created>
  <dcterms:modified xsi:type="dcterms:W3CDTF">2026-09-02T13:41:00Z</dcterms:modified>
  <cp:category/>
</cp:coreProperties>
</file>