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A002A" w14:textId="77777777" w:rsidR="00414D13" w:rsidRDefault="001D75B9">
      <w:pPr>
        <w:spacing w:after="40"/>
      </w:pPr>
      <w:r>
        <w:rPr>
          <w:b/>
          <w:color w:val="5B2A86"/>
          <w:sz w:val="48"/>
        </w:rPr>
        <w:t>Stock &amp; Securities Gift Notification Form</w:t>
      </w:r>
    </w:p>
    <w:p w14:paraId="0B5548C4" w14:textId="77777777" w:rsidR="00414D13" w:rsidRDefault="001D75B9">
      <w:pPr>
        <w:spacing w:after="240"/>
      </w:pPr>
      <w:r>
        <w:rPr>
          <w:i/>
          <w:color w:val="666666"/>
          <w:sz w:val="22"/>
        </w:rPr>
        <w:t>Please send this form to DVRC when initiating a securities transfer.</w:t>
      </w:r>
    </w:p>
    <w:tbl>
      <w:tblPr>
        <w:tblW w:w="0" w:type="auto"/>
        <w:jc w:val="center"/>
        <w:tblLayout w:type="fixed"/>
        <w:tblLook w:val="04A0" w:firstRow="1" w:lastRow="0" w:firstColumn="1" w:lastColumn="0" w:noHBand="0" w:noVBand="1"/>
      </w:tblPr>
      <w:tblGrid>
        <w:gridCol w:w="9792"/>
      </w:tblGrid>
      <w:tr w:rsidR="00414D13" w14:paraId="4DA60675" w14:textId="77777777">
        <w:trPr>
          <w:jc w:val="center"/>
        </w:trPr>
        <w:tc>
          <w:tcPr>
            <w:tcW w:w="9792" w:type="dxa"/>
            <w:shd w:val="clear" w:color="auto" w:fill="F2EAF8"/>
            <w:tcMar>
              <w:top w:w="140" w:type="dxa"/>
              <w:left w:w="180" w:type="dxa"/>
              <w:bottom w:w="140" w:type="dxa"/>
              <w:right w:w="180" w:type="dxa"/>
            </w:tcMar>
          </w:tcPr>
          <w:p w14:paraId="61D54431" w14:textId="77777777" w:rsidR="00414D13" w:rsidRDefault="001D75B9">
            <w:r>
              <w:t>This form helps DVRC identify and acknowledge your gift. It does not initiate the transfer. Contact DVRC for current brokerage instructions, then give those instructions to your broker or financial institution.</w:t>
            </w:r>
          </w:p>
        </w:tc>
      </w:tr>
    </w:tbl>
    <w:p w14:paraId="75529D9A" w14:textId="77777777" w:rsidR="00414D13" w:rsidRDefault="001D75B9">
      <w:pPr>
        <w:pStyle w:val="Heading1"/>
      </w:pPr>
      <w:r>
        <w:t>Donor Information</w:t>
      </w:r>
    </w:p>
    <w:p w14:paraId="7D751ABF" w14:textId="77777777" w:rsidR="00414D13" w:rsidRDefault="001D75B9">
      <w:pPr>
        <w:spacing w:after="140"/>
      </w:pPr>
      <w:r>
        <w:rPr>
          <w:b/>
        </w:rPr>
        <w:t xml:space="preserve">Donor name(s): </w:t>
      </w:r>
      <w:r>
        <w:t>______________________________________________________________________</w:t>
      </w:r>
    </w:p>
    <w:p w14:paraId="109010B1" w14:textId="77777777" w:rsidR="00414D13" w:rsidRDefault="001D75B9">
      <w:pPr>
        <w:spacing w:after="140"/>
      </w:pPr>
      <w:r>
        <w:rPr>
          <w:b/>
        </w:rPr>
        <w:t xml:space="preserve">Address: </w:t>
      </w:r>
      <w:r>
        <w:t>______________________________________________________________________</w:t>
      </w:r>
    </w:p>
    <w:p w14:paraId="01DD2129" w14:textId="77777777" w:rsidR="00414D13" w:rsidRDefault="001D75B9">
      <w:pPr>
        <w:spacing w:after="140"/>
      </w:pPr>
      <w:r>
        <w:rPr>
          <w:b/>
        </w:rPr>
        <w:t xml:space="preserve">City / State / ZIP: </w:t>
      </w:r>
      <w:r>
        <w:t>______________________________________________________________________</w:t>
      </w:r>
    </w:p>
    <w:p w14:paraId="1B4DC09E" w14:textId="77777777" w:rsidR="00414D13" w:rsidRDefault="001D75B9">
      <w:pPr>
        <w:spacing w:after="140"/>
      </w:pPr>
      <w:r>
        <w:rPr>
          <w:b/>
        </w:rPr>
        <w:t xml:space="preserve">Phone: </w:t>
      </w:r>
      <w:r>
        <w:t>______________________________________________________________________</w:t>
      </w:r>
    </w:p>
    <w:p w14:paraId="10E33303" w14:textId="77777777" w:rsidR="00414D13" w:rsidRDefault="001D75B9">
      <w:pPr>
        <w:spacing w:after="140"/>
      </w:pPr>
      <w:r>
        <w:rPr>
          <w:b/>
        </w:rPr>
        <w:t xml:space="preserve">Email: </w:t>
      </w:r>
      <w:r>
        <w:t>______________________________________________________________________</w:t>
      </w:r>
    </w:p>
    <w:p w14:paraId="7728BAC0" w14:textId="77777777" w:rsidR="00414D13" w:rsidRDefault="001D75B9">
      <w:r>
        <w:t>☐</w:t>
      </w:r>
      <w:r>
        <w:t xml:space="preserve"> I/we wish to remain anonymous   ☐ Please contact me/us before public recognition</w:t>
      </w:r>
    </w:p>
    <w:p w14:paraId="70914E95" w14:textId="77777777" w:rsidR="00414D13" w:rsidRDefault="001D75B9">
      <w:pPr>
        <w:pStyle w:val="Heading1"/>
      </w:pPr>
      <w:r>
        <w:t>Gift Information</w:t>
      </w:r>
    </w:p>
    <w:p w14:paraId="1180ADA2" w14:textId="77777777" w:rsidR="00414D13" w:rsidRDefault="001D75B9">
      <w:pPr>
        <w:spacing w:after="140"/>
      </w:pPr>
      <w:r>
        <w:rPr>
          <w:b/>
        </w:rPr>
        <w:t xml:space="preserve">Name of security / fund: </w:t>
      </w:r>
      <w:r>
        <w:t>______________________________________________________________________</w:t>
      </w:r>
    </w:p>
    <w:p w14:paraId="1091CAF0" w14:textId="77777777" w:rsidR="00414D13" w:rsidRDefault="001D75B9">
      <w:pPr>
        <w:spacing w:after="140"/>
      </w:pPr>
      <w:r>
        <w:rPr>
          <w:b/>
        </w:rPr>
        <w:t xml:space="preserve">Ticker or CUSIP: </w:t>
      </w:r>
      <w:r>
        <w:t>______________________________________________________________________</w:t>
      </w:r>
    </w:p>
    <w:p w14:paraId="44231DAC" w14:textId="77777777" w:rsidR="00414D13" w:rsidRDefault="001D75B9">
      <w:pPr>
        <w:spacing w:after="140"/>
      </w:pPr>
      <w:r>
        <w:rPr>
          <w:b/>
        </w:rPr>
        <w:t xml:space="preserve">Number of shares or units: </w:t>
      </w:r>
      <w:r>
        <w:t>______________________________________________________________________</w:t>
      </w:r>
    </w:p>
    <w:p w14:paraId="12362A13" w14:textId="77777777" w:rsidR="00414D13" w:rsidRDefault="001D75B9">
      <w:pPr>
        <w:spacing w:after="140"/>
      </w:pPr>
      <w:r>
        <w:rPr>
          <w:b/>
        </w:rPr>
        <w:t xml:space="preserve">Approximate transfer date: </w:t>
      </w:r>
      <w:r>
        <w:t>______________________________________________________________________</w:t>
      </w:r>
    </w:p>
    <w:p w14:paraId="42F8E588" w14:textId="77777777" w:rsidR="00414D13" w:rsidRDefault="001D75B9">
      <w:pPr>
        <w:spacing w:after="140"/>
      </w:pPr>
      <w:r>
        <w:rPr>
          <w:b/>
        </w:rPr>
        <w:t xml:space="preserve">Donor brokerage / financial institution: </w:t>
      </w:r>
      <w:r>
        <w:t>______________________________________________________________________</w:t>
      </w:r>
    </w:p>
    <w:p w14:paraId="618A68F2" w14:textId="77777777" w:rsidR="00414D13" w:rsidRDefault="001D75B9">
      <w:pPr>
        <w:spacing w:after="140"/>
      </w:pPr>
      <w:r>
        <w:rPr>
          <w:b/>
        </w:rPr>
        <w:t xml:space="preserve">Broker or advisor name: </w:t>
      </w:r>
      <w:r>
        <w:t>______________________________________________________________________</w:t>
      </w:r>
    </w:p>
    <w:p w14:paraId="15E90440" w14:textId="77777777" w:rsidR="00414D13" w:rsidRDefault="001D75B9">
      <w:pPr>
        <w:spacing w:after="140"/>
      </w:pPr>
      <w:r>
        <w:rPr>
          <w:b/>
        </w:rPr>
        <w:t xml:space="preserve">Broker phone / email: </w:t>
      </w:r>
      <w:r>
        <w:t>______________________________________________________________________</w:t>
      </w:r>
    </w:p>
    <w:p w14:paraId="2754DA27" w14:textId="77777777" w:rsidR="00414D13" w:rsidRDefault="001D75B9">
      <w:pPr>
        <w:pStyle w:val="Heading1"/>
      </w:pPr>
      <w:r>
        <w:t>Gift Designation</w:t>
      </w:r>
    </w:p>
    <w:p w14:paraId="7D41C7E8" w14:textId="77777777" w:rsidR="00414D13" w:rsidRDefault="001D75B9">
      <w:r>
        <w:t>☐</w:t>
      </w:r>
      <w:r>
        <w:t xml:space="preserve"> Where needed most   ☐ Adopt a Room   ☐ Mary Gregory Gifts of Hope   ☐ Other</w:t>
      </w:r>
    </w:p>
    <w:p w14:paraId="5F9F02E5" w14:textId="77777777" w:rsidR="00414D13" w:rsidRDefault="001D75B9">
      <w:pPr>
        <w:spacing w:after="140"/>
      </w:pPr>
      <w:r>
        <w:rPr>
          <w:b/>
        </w:rPr>
        <w:t xml:space="preserve">If other, please describe: </w:t>
      </w:r>
      <w:r>
        <w:t>______________________________________________________________________</w:t>
      </w:r>
    </w:p>
    <w:p w14:paraId="723EEF85" w14:textId="77777777" w:rsidR="00414D13" w:rsidRDefault="001D75B9">
      <w:r>
        <w:t>☐</w:t>
      </w:r>
      <w:r>
        <w:t xml:space="preserve"> This gift is in honor of   ☐ This gift is in memory of   ☐ No tribute</w:t>
      </w:r>
    </w:p>
    <w:p w14:paraId="7377A378" w14:textId="77777777" w:rsidR="00414D13" w:rsidRDefault="001D75B9">
      <w:pPr>
        <w:spacing w:after="140"/>
      </w:pPr>
      <w:r>
        <w:rPr>
          <w:b/>
        </w:rPr>
        <w:lastRenderedPageBreak/>
        <w:t xml:space="preserve">Honoree / memorial name: </w:t>
      </w:r>
      <w:r>
        <w:t>______________________________________________________________________</w:t>
      </w:r>
    </w:p>
    <w:p w14:paraId="4FC730FF" w14:textId="77777777" w:rsidR="00414D13" w:rsidRDefault="001D75B9">
      <w:pPr>
        <w:spacing w:after="140"/>
      </w:pPr>
      <w:r>
        <w:rPr>
          <w:b/>
        </w:rPr>
        <w:t xml:space="preserve">Name and address for notification: </w:t>
      </w:r>
      <w:r>
        <w:t>______________________________________________________________________</w:t>
      </w:r>
    </w:p>
    <w:p w14:paraId="27AF90F6" w14:textId="77777777" w:rsidR="00414D13" w:rsidRDefault="001D75B9">
      <w:pPr>
        <w:pStyle w:val="Heading1"/>
      </w:pPr>
      <w:r>
        <w:t>Acknowledgment</w:t>
      </w:r>
    </w:p>
    <w:p w14:paraId="1558FD8B" w14:textId="77777777" w:rsidR="00414D13" w:rsidRDefault="001D75B9">
      <w:r>
        <w:t>Please return this completed form to DVRC at info@dvrcsc.org or mail it to 61 Main Street, Wakefield, RI 02879. For security, do not place full brokerage account numbers on this form. DVRC will acknowledge the gift after it is received and identified.</w:t>
      </w:r>
    </w:p>
    <w:p w14:paraId="12037E9D" w14:textId="77777777" w:rsidR="00414D13" w:rsidRDefault="001D75B9">
      <w:r>
        <w:t>DVRC does not provide legal, financial, or tax advice. Please consult your professional advisor.</w:t>
      </w:r>
    </w:p>
    <w:sectPr w:rsidR="00414D13" w:rsidSect="00034616">
      <w:footerReference w:type="default" r:id="rId8"/>
      <w:pgSz w:w="12240" w:h="15840"/>
      <w:pgMar w:top="1080" w:right="1224" w:bottom="1080"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434FD" w14:textId="77777777" w:rsidR="001D75B9" w:rsidRDefault="001D75B9">
      <w:pPr>
        <w:spacing w:after="0" w:line="240" w:lineRule="auto"/>
      </w:pPr>
      <w:r>
        <w:separator/>
      </w:r>
    </w:p>
  </w:endnote>
  <w:endnote w:type="continuationSeparator" w:id="0">
    <w:p w14:paraId="40D8F391" w14:textId="77777777" w:rsidR="001D75B9" w:rsidRDefault="001D75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4895D" w14:textId="77777777" w:rsidR="00414D13" w:rsidRDefault="001D75B9">
    <w:pPr>
      <w:pStyle w:val="Footer"/>
      <w:jc w:val="center"/>
    </w:pPr>
    <w:r>
      <w:rPr>
        <w:color w:val="666666"/>
        <w:sz w:val="16"/>
      </w:rPr>
      <w:t>Domestic Violence Resource Center of South County | 61 Main Street, Wakefield, RI 02879 | 401-782-3995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3BABE" w14:textId="77777777" w:rsidR="001D75B9" w:rsidRDefault="001D75B9">
      <w:pPr>
        <w:spacing w:after="0" w:line="240" w:lineRule="auto"/>
      </w:pPr>
      <w:r>
        <w:separator/>
      </w:r>
    </w:p>
  </w:footnote>
  <w:footnote w:type="continuationSeparator" w:id="0">
    <w:p w14:paraId="5DD3DCC9" w14:textId="77777777" w:rsidR="001D75B9" w:rsidRDefault="001D75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65681765">
    <w:abstractNumId w:val="8"/>
  </w:num>
  <w:num w:numId="2" w16cid:durableId="1373459350">
    <w:abstractNumId w:val="6"/>
  </w:num>
  <w:num w:numId="3" w16cid:durableId="300111418">
    <w:abstractNumId w:val="5"/>
  </w:num>
  <w:num w:numId="4" w16cid:durableId="1641763041">
    <w:abstractNumId w:val="4"/>
  </w:num>
  <w:num w:numId="5" w16cid:durableId="579215131">
    <w:abstractNumId w:val="7"/>
  </w:num>
  <w:num w:numId="6" w16cid:durableId="1243369045">
    <w:abstractNumId w:val="3"/>
  </w:num>
  <w:num w:numId="7" w16cid:durableId="1170634998">
    <w:abstractNumId w:val="2"/>
  </w:num>
  <w:num w:numId="8" w16cid:durableId="1082339045">
    <w:abstractNumId w:val="1"/>
  </w:num>
  <w:num w:numId="9" w16cid:durableId="11107351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D75B9"/>
    <w:rsid w:val="0029639D"/>
    <w:rsid w:val="00326F90"/>
    <w:rsid w:val="00357882"/>
    <w:rsid w:val="00414D13"/>
    <w:rsid w:val="00905EC5"/>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EAE75F"/>
  <w14:defaultImageDpi w14:val="300"/>
  <w15:docId w15:val="{30021E7F-DD39-4EC8-B600-411DD47AA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9" w:lineRule="auto"/>
    </w:pPr>
    <w:rPr>
      <w:rFonts w:ascii="Arial" w:hAnsi="Arial"/>
      <w:color w:val="2B193D"/>
      <w:sz w:val="21"/>
    </w:rPr>
  </w:style>
  <w:style w:type="paragraph" w:styleId="Heading1">
    <w:name w:val="heading 1"/>
    <w:basedOn w:val="Normal"/>
    <w:next w:val="Normal"/>
    <w:link w:val="Heading1Char"/>
    <w:uiPriority w:val="9"/>
    <w:qFormat/>
    <w:rsid w:val="00FC693F"/>
    <w:pPr>
      <w:keepNext/>
      <w:keepLines/>
      <w:spacing w:before="280"/>
      <w:outlineLvl w:val="0"/>
    </w:pPr>
    <w:rPr>
      <w:rFonts w:asciiTheme="majorHAnsi" w:eastAsiaTheme="majorEastAsia" w:hAnsiTheme="majorHAnsi" w:cstheme="majorBidi"/>
      <w:b/>
      <w:bCs/>
      <w:color w:val="5B2A86"/>
      <w:sz w:val="3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color w:val="5B2A86"/>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b/>
      <w:bCs/>
      <w:color w:val="5B2A8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352</Words>
  <Characters>2013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Michelle LePage</cp:lastModifiedBy>
  <cp:revision>2</cp:revision>
  <dcterms:created xsi:type="dcterms:W3CDTF">2026-09-02T13:39:00Z</dcterms:created>
  <dcterms:modified xsi:type="dcterms:W3CDTF">2026-09-02T13:39:00Z</dcterms:modified>
  <cp:category/>
</cp:coreProperties>
</file>